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מבחן תנ״ך מרוכז - מבוא, בראשית, שמות, יהושע ורות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לחזור על עובדות מרכזיות מכל פרקי התנ״ך שנלמדו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דמויות, אירועים ומושגים לקראת מבחן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לחשוב על ערכים כמו חסד ומנהיגות המופיעים בסיפורים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חלק א - שאלות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שלושה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רבי יהודה הנשיא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מן המים משיתיהו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לשמור את התורה ולהגות 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שבועות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חלק ב -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מסופר בסוף המגילה דרך עובד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קין שאל בכעס השומר אחי אנכי, כלומר הכחיש אחריות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מסופר בתחילת ספר שמות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היא החביאה אותם על הגג בין הפשתים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היא אמרה שה׳ המר לה מאוד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חלק ג -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אסתר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בכורות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עובד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חלק ד - התאימו דמות לתיאור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(הוציא את בני ישראל ממצרים)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ב (הנהיג את העם בכניסה לארץ)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ג (דבקה בחמותה נעמי ולא עזבה אותה)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ד (גאל את רות ונשא אותה לאישה)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(הסתירה את המרגלים בביתה ביריחו)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חלק ה - סדרו את האירועים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המלך החדש משעבד את בני ישראל במצרים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משה נולד ומוצל מתוך היאור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משה בורח למדיין אחרי שהרג מצרי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ה׳ מתגלה למשה בסנה הבוער ושולח אותו לפרעה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עשר המכות פוגעות במצרים ובני ישראל יוצאים לחירות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חלק ו - שאלות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רות אמרה שהיא רוצה להישאר עם נעמי ולא לעזוב אותה, מתוך נאמנות וחסד למרות הקושי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 משה פנה לעם מול הים ואמר אל תיראו התייצבו, וזה מראה אומץ והרגעת העם בזמן קשה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תורה, נביאים, כתובים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רות ליקטה שבלים כדי להאכיל את נעמי, או בועז נתן לה יותר ממה שצריך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הוא פנה אל הסנה כדי לראות את המראה הגדול, וה׳ קרא לו משם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הדף לפי פרקים ולתרגל חלק אחד בכל שיעור חזרה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לחפש את הפסוקים המדויקים בתנ״ך לפני מענה על שאלות עם ציטוט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לבקש מהתלמידים לנמק את תשובתם בעזרת דוגמה מהטקסט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מבחן תנ״ך מרוכז - מבוא, בראשית, שמות, יהושע ורות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נחזור על עיקרי הפרקים שנלמדו בתנ״ך: מבוא לתנ״ך, בראשית, שמות, יהושע ומגילת רות. התרגילים דומים לשאלות שיופיעו במבחן.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חלק א - שאלות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חלקים עיקריים יש בתנ״ך?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סידר את המשנה?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רש״י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עזרא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רבי יהודה הנשיא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פירוש השם משה לפי הסיפור בספר שמות?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רועה הצאן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בן המלך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מן המים משיתיהו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איש האלוהים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היה התנאי להצלחת יהושע לפי פרק א׳?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לבנות חומה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לשמור את התורה ולהגות 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לשלוח מרגלים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להכתיר מלך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באיזה חג קוראים את מגילת 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פסח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סוכות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שבועות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חנוכה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חלק ב -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רות היא הסבתא-רבתא של דוד המלך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קין ענה לה׳ שהוא שומר אחיו הבל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משה ברח למדיין אחרי שהרג מצרי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רחב החביאה את המרגלים במערה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נעמי ביקשה לקרוא לה מרה כי חייה היו מרים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חלק ג -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בפורים קוראים את מגילת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המכה העשירית במצרים הייתה מכת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יהושע שלח __________ מרגלים כדי לרגל את יריחו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בועז ורות הם סבא וסבתא של __________, סבו של דוד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חלק ד - התאימו דמות לתיאור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הסתירה את המרגלים בביתה ביריחו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יהושע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הנהיג את העם בכניסה לארץ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דבקה בחמותה נעמי ולא עזבה אותה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בועז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גאל את רות ונשא אותה לאישה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רחב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הוציא את בני ישראל ממצרים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חלק ה - סדרו את האירועים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עשר המכות פוגעות במצרים ובני ישראל יוצאים לחירות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המלך החדש משעבד את בני ישראל במצרים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משה נולד ומוצל מתוך היאור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משה בורח למדיין אחרי שהרג מצרי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ה׳ מתגלה למשה בסנה הבוער ושולח אותו לפרעה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חלק ו - שאלות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מדוע רות החליטה להישאר עם נעמי ולא לחזור למואב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תנו דוגמה אחת למנהיגות של יהושע או של משה, והסבירו למה זו דוגמה טובה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שלושת חלקי התנ״ך?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לחסד ממגילת 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עשה משה כשראה את הסנה הבוער?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מבחן תנ״ך מרוכז - מבוא, בראשית, שמות, יהושע ורות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