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תנ״ך מרוכז - מבוא, בראשית, שמות, יהושע 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עובדות מרכזיות מכל פרקי התנ״ך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דמויות, אירועים ומושגים לקראת 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ערכים כמו חסד ומנהיגות המופיעים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רבי יהודה הנשיא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מן המים משיתיהו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לשמור את התורה ולהגות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בסוף המגילה דרך 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קין שאל בכעס השומר אחי אנכי, כלומר הכחיש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בתחילת ספר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החביאה אותם על הגג בין הפשתים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אמרה שה׳ המר לה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(הוציא את בני ישראל ממצרים)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(הנהיג את העם בכניסה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(דבקה בחמותה נעמי ולא עזבה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(גאל את רות ונשא אותה לאישה)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(הסתירה את המרגלים בביתה ביריחו)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המלך החדש משעבד את בני ישראל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משה נולד ומוצל מתוך היאור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משה בורח למדיין אחרי שהרג מצרי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ה׳ מתגלה למשה בסנה הבוער ושולח אותו לפרעה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עשר המכות פוגעות במצרים ובני ישראל יוצאים לחירות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רות אמרה שהיא רוצה להישאר עם נעמי ולא לעזוב אותה, מתוך נאמנות וחסד למרות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משה פנה לעם מול הים ואמר אל תיראו התייצבו, וזה מראה אומץ והרגעת העם בזמן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רות ליקטה שבלים כדי להאכיל את נעמי, או בועז נתן לה יותר ממה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פנה אל הסנה כדי לראות את המראה הגדול, וה׳ קרא לו משם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פרקים ולתרגל חלק אחד בכל שיעור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את הפסוקים המדויקים בתנ״ך לפני מענה על שאלות עם 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מהתלמידים לנמק את תשובתם בעזרת דוגמה מהטקסט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תנ״ך מרוכז - מבוא, בראשית, שמות, יהושע 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שאלות קלות על תנ״ך. נזכור דמויות וסיפורים חשובים כמו משה, יהושע 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תנ״ך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תורה, נביאים וכתובים -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מהנביאים שקוראים בבית הכנסת אחרי קריאת התורה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פרשן חשוב שהסביר את התנ״ך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קצר שקוראים בחג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טוב לב ועזרה לאחר בלי 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להוביל ולהחליט למען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של עבדות קשה תחת שליט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קרוב משפחה שעוזר ופודה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לתנ״ך יש כמה חלקים?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אסף וסידר את המשנה?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 יהודה הנשיא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קראו למשה משה?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רועה הצאן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מן המים משיתיהו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 האלוהים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ה׳ ביקש מיהושע שיעשה כדי להצליח?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את התורה ולהגות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מרגלים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להכתיר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קוראים את מגילת 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היא הסבתא-רבתא של דוד המלך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קין ענה לה׳ שהוא שומר אחיו הבל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ברח למדיין אחרי שהרג מצרי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רחב החביאה את המרגלים במערה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נעמי ביקשה לקרוא לה מרה כי חייה היו מרים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קוראים את מגילת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המכה העשירית במצרים הייתה מכת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יהושע שלח __________ מרגלים כדי לרגל את יריחו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בועז ורות הם סבא וסבתא של __________, סבו של 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הסתירה את המרגלים בביתה ביריחו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יהושע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גאל את רות ונשא אותה לאישה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הנהיג את העם בכניסה לארץ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דבקה בחמותה נעמי ולא עזבה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הוציא את בני ישראל ממצרים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נולד ומוצל מתוך היאור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עשר המכות פוגעות במצרים ובני ישראל יוצאים לחירות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מתגלה למשה בסנה הבוער ושולח אותו לפרעה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בורח למדיין אחרי שהרג מצרי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המלך החדש משעבד את בני ישראל במצרים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רות החליטה להישאר עם נעמי ולא לחזור למואב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למנהיגות של יהושע או של משה, והסבירו למה זו דוגמה טובה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התנ״ך?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לחסד ממגילת 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משה כשראה את הסנה הבוער?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תנ״ך מרוכז - מבוא, בראשית, שמות, יהושע 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