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מבחן תנ״ך מרוכז - מבוא, בראשית, שמות, יהושע 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עובדות מרכזיות מכל פרקי התנ״ך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דמויות, אירועים ומושגים לקראת 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ערכים כמו חסד ומנהיגות המופיעים בסיפורים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מן המים משיתיהו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בסוף המגילה דרך עובד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בתחילת ספר שמות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בכורות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התאימו דמות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(הוציא את בני ישראל ממצרים)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(הנהיג את העם בכניסה לארץ)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(דבקה בחמותה נעמי ולא עזבה אותה)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סדרו את האירועים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המלך החדש משעבד את בני ישראל במצרים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משה נולד ומוצל מתוך היאור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עשר המכות פוגעות במצרים ובני ישראל יוצאים לחירות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-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רות אמרה שהיא רוצה להישאר עם נעמי ולא לעזוב אותה, מתוך נאמנות וחסד למרות הקושי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תורה, נביאים, כתובים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רות ליקטה שבלים כדי להאכיל את נעמי, או בועז נתן לה יותר ממה שצריך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פנה אל הסנה כדי לראות את המראה הגדול, וה׳ קרא לו משם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פרקים ולתרגל חלק אחד בכל שיעור 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את הפסוקים המדויקים בתנ״ך לפני מענה על שאלות עם 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לבקש מהתלמידים לנמק את תשובתם בעזרת דוגמה מהטקסט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מבחן תנ״ך מרוכז - מבוא, בראשית, שמות, יהושע 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נחזור על עיקרי הפרקים שנלמדו בתנ״ך: מבוא לתנ״ך, בראשית, שמות, יהושע ומגילת רות. התרגילים דומים לשאלות שיופיעו במבחן.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אסתר  ·  בכורות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 -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חלקים עיקריים יש בתנ״ך?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פירוש השם משה לפי הסיפור בספר שמות?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רועה הצאן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בן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מן המים משיתיהו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רות היא הסבתא-רבתא של דוד המלך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משה ברח למדיין אחרי שהרג מצרי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 -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בפורים קוראים את מגילת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המכה העשירית במצרים הייתה מכת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 - התאימו דמות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דבקה בחמותה נעמי ולא עזבה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יהושע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הוציא את בני ישראל ממצרים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הנהיג את העם בכניסה לארץ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 - סדרו את האירועים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משה נולד ומוצל מתוך היאור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עשר המכות פוגעות במצרים ובני ישראל יוצאים לחירות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המלך החדש משעבד את בני ישראל במצרים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 -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מדוע רות החליטה להישאר עם נעמי ולא לחזור למואב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חלקי התנ״ך?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לחסד ממגילת 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מבחן תנ״ך מרוכז - מבוא, בראשית, שמות, יהושע ורות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